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מילון מושגים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🎯 מטרה: הכרת המושגים המרכזיים בעברית ובאנגלית ושיוכם לנושאים.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⏱️ זמן מומלץ: 25 דקות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👥 מסלול: חנ״מ · חט״ב · תיכון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🔗 הפעילות באתר: https://historia-et-hachadasha.sites.tab.bot/milon.html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המילים לקוחות מהמילון הרב-לשוני באתר; ההגדרות מעמודי היחידות.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בגרסה זו: פחות פריטים, בנק מילים, אותיות גדולות. אפשר להקריא כל שאלה בקול.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אין צורך במגבלת זמן; מומלץ לעבוד חלק אחר חלק.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עברית – English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ה – the Enlightenment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 – enlightened despot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א – the Industrial Revolution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4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ד – capital (money for investment)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5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ג – result, consequence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מיון מושגים לפי נושא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עידן הנאורות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תבונה (רציונליזם), זכויות טבעיות, אמנה חברתית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האמנציפציה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אמנציפציה, אוטונומיה קהילתית, כתב הסובלנות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השלימו את המושג – זרמים בציונות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ציונות מדינית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ציונות מעשית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ציונות סינתטית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פסקה עם מושגים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—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תשובה אישית: רעיון מרכזי ברור, נימוק/דוגמה, משפטים שלמים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📖 מילון מושגים – דף תרגול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🧺 בנק מילים – אפשר להיעזר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בנק מילים: ציונות סינתטית  |  ציונות מדינית  |  ציונות מעשית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עברית – English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התאימו בין המילה בעברית לתרגום שלה.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אות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נאורות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א. the Industrial Revolution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עריץ נאור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ב. enlightened despot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המהפכה התעשייתית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ג. result, consequence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הון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ד. capital (money for investment)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5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תוצאה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ה. the Enlightenment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מיון מושגים לפי נושא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כתבו כל מושג בעמודה של הנושא שלו.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בנק מילים: כתב הסובלנות  |  תבונה (רציונליזם)  |  אמנציפציה  |  אמנה חברתית  |  זכויות טבעיות  |  אוטונומיה קהילתית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עידן הנאורות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האמנציפציה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השלימו את המושג – זרמים בציונות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כתבו את המושג המתאים להגדרה.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1. זרם שהדגיש השגת הכרה ואישור בינלאומי (צ'רטר) לבית לאומי לפני התיישבות רחבה. ← 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2. זרם שהדגיש עלייה, רכישת קרקעות והקמת יישובים בפועל כבר עכשיו. ← 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3. שילוב פעולה מדינית ופעולה התיישבותית, כפי שהציע ויצמן ב-1907. ← 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פסקה עם מושגים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בחרו 2 מילים מהמילון וכתבו בעזרתן פסקה קצרה על אחד הנושאים.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מילה חדשה שלמדתי: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מילה שאני רוצה לתרגל עוד: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איך אגיד את המילה "זכויות" בשפה שלי: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מילון מושגים – דף תרגול (חנ״מ)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