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מילון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הכרת המושגים המרכזיים בעברית ובאנגלית ושיוכם לנושאים.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https://historia-et-hachadasha.sites.tab.bot/milon.html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המילים לקוחות מהמילון הרב-לשוני באתר; ההגדרות מעמודי היחידות.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עברית – English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the Enlightenment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tolerance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citizen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loyalty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steam engine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 – urbanization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translation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result, consequence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מיון מושגים לפי נושא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(רציונליזם), זכויות טבעיות, אמנה חברתית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האמנציפציה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אמנציפציה, אוטונומיה קהילתית, כתב הסובלנות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מיכון, שיטת המפעל, מנוע 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ההשכלה היהודית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השכלה, משכיל, ה'ביאור'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את המושג – זרמים בציונות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מדינית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מעשית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סינתטית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רוחנית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פסקה עם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מילון מושגים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עברית – English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המילה בעברית לתרגום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the Enlightenment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citizen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אזרח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steam engine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translation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loyalty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result, consequence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tolerance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תוצאה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urbanization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מיון מושגים לפי נושא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מושג בעמודה של הנושא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שיטת המפעל  |  משכיל  |  מנוע קיטור  |  השכלה  |  כתב הסובלנות  |  אוטונומיה קהילתית  |  זכויות טבעיות  |  ה'ביאור'  |  אמנה חברתית  |  אמנציפציה  |  תבונה (רציונליזם)  |  מיכון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עידן הנאורות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האמנציפציה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המהפכה התעשייתית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תנועת ההשכלה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 את המושג – זרמים בציונות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המושג המתאים להגדרה. בחרו מתוך: ציונות מדינית / ציונות סינתטית / ציונות רוחנית / ציונות מעשית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זרם שהדגיש השגת הכרה ואישור בינלאומי (צ'רטר) לבית לאומי לפני התיישבות רחבה.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זרם שהדגיש עלייה, רכישת קרקעות והקמת יישובים בפועל כבר עכשיו.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שילוב פעולה מדינית ופעולה התיישבותית, כפי שהציע ויצמן ב-1907.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זרם שראה בארץ ישראל מרכז לתחייה תרבותית ורוחנית של העם היהודי.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פסקה עם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4 מילים מהמילון וכתבו בעזרתן פסקה קצרה על אחד הנושאים.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שאני רוצה לתרגל עוד: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אגיד את המילה "זכויות" בשפה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מילון מושגים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